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Diversified Business Consulting LLC</w:t>
        <w:br/>
        <w:t>Client Business Intake Questionnaire</w:t>
      </w:r>
    </w:p>
    <w:p>
      <w:r>
        <w:t>Please complete this questionnaire and return by email.</w:t>
        <w:br/>
        <w:br/>
      </w:r>
    </w:p>
    <w:p>
      <w:pPr>
        <w:pStyle w:val="Heading2"/>
      </w:pPr>
      <w:r>
        <w:t>Client Information</w:t>
      </w:r>
    </w:p>
    <w:p>
      <w:r>
        <w:rPr>
          <w:sz w:val="22"/>
        </w:rPr>
        <w:t>Full Legal Name: ______________________</w:t>
      </w:r>
    </w:p>
    <w:p>
      <w:r>
        <w:rPr>
          <w:sz w:val="22"/>
        </w:rPr>
        <w:t>Business Name: ______________________</w:t>
      </w:r>
    </w:p>
    <w:p>
      <w:r>
        <w:rPr>
          <w:sz w:val="22"/>
        </w:rPr>
        <w:t>Home Address: ______________________</w:t>
      </w:r>
    </w:p>
    <w:p>
      <w:r>
        <w:rPr>
          <w:sz w:val="22"/>
        </w:rPr>
        <w:t>Business Address: ______________________</w:t>
      </w:r>
    </w:p>
    <w:p>
      <w:r>
        <w:rPr>
          <w:sz w:val="22"/>
        </w:rPr>
        <w:t>Phone: __________________ Email: __________________</w:t>
      </w:r>
    </w:p>
    <w:p>
      <w:pPr>
        <w:pStyle w:val="Heading2"/>
      </w:pPr>
      <w:r>
        <w:t>Business Information</w:t>
      </w:r>
    </w:p>
    <w:p>
      <w:r>
        <w:rPr>
          <w:sz w:val="22"/>
        </w:rPr>
        <w:t>EIN: __________________</w:t>
      </w:r>
    </w:p>
    <w:p>
      <w:r>
        <w:rPr>
          <w:sz w:val="22"/>
        </w:rPr>
        <w:t>How long in business? __________________</w:t>
      </w:r>
    </w:p>
    <w:p>
      <w:r>
        <w:rPr>
          <w:sz w:val="22"/>
        </w:rPr>
        <w:t>Expected start/registration date: __________________</w:t>
      </w:r>
    </w:p>
    <w:p>
      <w:r>
        <w:rPr>
          <w:sz w:val="22"/>
        </w:rPr>
        <w:t>Business Structure: __________________</w:t>
      </w:r>
    </w:p>
    <w:p>
      <w:r>
        <w:rPr>
          <w:sz w:val="22"/>
        </w:rPr>
        <w:t>Business Classification: __________________</w:t>
      </w:r>
    </w:p>
    <w:p>
      <w:r>
        <w:rPr>
          <w:sz w:val="22"/>
        </w:rPr>
        <w:t>Business Bank Account? Yes ☐ No ☐</w:t>
      </w:r>
    </w:p>
    <w:p>
      <w:pPr>
        <w:pStyle w:val="Heading2"/>
      </w:pPr>
      <w:r>
        <w:t>Business Description</w:t>
      </w:r>
    </w:p>
    <w:p>
      <w:r>
        <w:rPr>
          <w:sz w:val="22"/>
        </w:rPr>
        <w:t>Mission/Description:</w:t>
      </w:r>
    </w:p>
    <w:p>
      <w:r>
        <w:rPr>
          <w:sz w:val="22"/>
        </w:rPr>
        <w:t>________________________________________</w:t>
      </w:r>
    </w:p>
    <w:p>
      <w:r>
        <w:rPr>
          <w:sz w:val="22"/>
        </w:rPr>
        <w:t>Products/Services:</w:t>
      </w:r>
    </w:p>
    <w:p>
      <w:r>
        <w:rPr>
          <w:sz w:val="22"/>
        </w:rPr>
        <w:t>________________________________________</w:t>
      </w:r>
    </w:p>
    <w:p>
      <w:pPr>
        <w:pStyle w:val="Heading2"/>
      </w:pPr>
      <w:r>
        <w:t>Services Needed (check all that apply):</w:t>
      </w:r>
    </w:p>
    <w:p>
      <w:r>
        <w:rPr>
          <w:sz w:val="22"/>
        </w:rPr>
        <w:t>☐ LLC Formation ☐ Nonprofit ☐ EIN ☐ Tax Preparation ☐ Bookkeeping ☐ Payroll ☐ Grant Writing ☐ Business Plan ☐ SAM.gov ☐ Compliance ☐ Other __________</w:t>
      </w:r>
    </w:p>
    <w:p>
      <w:pPr>
        <w:pStyle w:val="Heading2"/>
      </w:pPr>
      <w:r>
        <w:t>Additional Information:</w:t>
      </w:r>
    </w:p>
    <w:p>
      <w:r>
        <w:rPr>
          <w:sz w:val="22"/>
        </w:rPr>
        <w:t>________________________________________</w:t>
      </w:r>
    </w:p>
    <w:p>
      <w:r>
        <w:rPr>
          <w:sz w:val="22"/>
        </w:rPr>
        <w:t>________________________________________</w:t>
      </w:r>
    </w:p>
    <w:p>
      <w:pPr>
        <w:pStyle w:val="Heading2"/>
      </w:pPr>
      <w:r>
        <w:t>Certification</w:t>
      </w:r>
    </w:p>
    <w:p>
      <w:r>
        <w:rPr>
          <w:sz w:val="22"/>
        </w:rPr>
        <w:t>I certify the information provided is accurate.</w:t>
      </w:r>
    </w:p>
    <w:p>
      <w:r>
        <w:rPr>
          <w:sz w:val="22"/>
        </w:rPr>
      </w:r>
    </w:p>
    <w:p>
      <w:r>
        <w:rPr>
          <w:sz w:val="22"/>
        </w:rPr>
        <w:t>Client Signature: __________________ Date: 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